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Wohnungsübergabeprotokoll</w:t>
      </w:r>
    </w:p>
    <w:p>
      <w:r>
        <w:t>Anlass:  ☐ Einzug   ☐ Auszug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Datum der Übergabe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Uhrzeit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Objekt / Adresse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Lage der Wohnung (Etage, Nr.)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Mitvermietet (Keller, Speicher, Stellplatz)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Mietbeginn bzw. Mietende</w:t>
            </w:r>
          </w:p>
          <w:p/>
        </w:tc>
      </w:tr>
    </w:tbl>
    <w:p/>
    <w:p>
      <w:r>
        <w:rPr>
          <w:b/>
          <w:sz w:val="22"/>
        </w:rPr>
        <w:t>Vermieter / Verwaltung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Name / Firma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Vertreten durch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Anschrift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Telefon / E-Mail</w:t>
            </w:r>
          </w:p>
          <w:p/>
        </w:tc>
      </w:tr>
    </w:tbl>
    <w:p/>
    <w:p>
      <w:r>
        <w:rPr>
          <w:b/>
          <w:sz w:val="22"/>
        </w:rPr>
        <w:t>Mieter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Name(n)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Telefon / E-Mail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Bisherige bzw. neue Anschrift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Weitere anwesende Personen / Zeugen</w:t>
            </w:r>
          </w:p>
          <w:p/>
        </w:tc>
      </w:tr>
    </w:tbl>
    <w:p/>
    <w:p>
      <w:r>
        <w:rPr>
          <w:b/>
          <w:sz w:val="22"/>
        </w:rPr>
        <w:t>Zählerstände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b/>
                <w:sz w:val="17"/>
              </w:rPr>
              <w:t>Zähler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Zählernummer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Stand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Ort / Foto-Nr.</w:t>
            </w:r>
          </w:p>
        </w:tc>
      </w:tr>
      <w:tr>
        <w:tc>
          <w:tcPr>
            <w:tcW w:type="dxa" w:w="2466"/>
          </w:tcPr>
          <w:p>
            <w:r>
              <w:t>Strom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Gas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Wasser kalt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Wasser warm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Heizkostenverteiler / Wärmemenge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/>
    <w:p>
      <w:r>
        <w:br w:type="page"/>
      </w:r>
    </w:p>
    <w:p>
      <w:r>
        <w:rPr>
          <w:b/>
          <w:sz w:val="28"/>
        </w:rPr>
        <w:t>Zustand der Räume</w:t>
      </w:r>
    </w:p>
    <w:p>
      <w:r>
        <w:rPr>
          <w:color w:val="646973"/>
          <w:sz w:val="17"/>
        </w:rPr>
        <w:t>Mängel mit Ort, Art und Größe beschreiben, z. B. „Wand links neben Tür, Kratzer ca. 20 cm“.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b/>
                <w:sz w:val="17"/>
              </w:rPr>
              <w:t>Raum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Zustand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Beschreibung der Mängel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Foto-Nr.</w:t>
            </w:r>
          </w:p>
        </w:tc>
      </w:tr>
      <w:tr>
        <w:tc>
          <w:tcPr>
            <w:tcW w:type="dxa" w:w="2466"/>
          </w:tcPr>
          <w:p>
            <w:r>
              <w:t>Flur / Diele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Wohnzimmer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Schlafzimmer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Kinderzimmer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Küche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Bad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WC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Balkon / Terrasse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Keller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Speicher / Dachboden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Garage / Stellplatz</w:t>
            </w:r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>
              <w:t>☐ in Ordnung</w:t>
              <w:br/>
              <w:t>☐ Mängel</w:t>
            </w:r>
          </w:p>
        </w:tc>
        <w:tc>
          <w:tcPr>
            <w:tcW w:type="dxa" w:w="2466"/>
          </w:tcPr>
          <w:p/>
          <w:p/>
        </w:tc>
        <w:tc>
          <w:tcPr>
            <w:tcW w:type="dxa" w:w="2466"/>
          </w:tcPr>
          <w:p/>
        </w:tc>
      </w:tr>
    </w:tbl>
    <w:p>
      <w:r>
        <w:br w:type="page"/>
      </w:r>
    </w:p>
    <w:p>
      <w:r>
        <w:rPr>
          <w:b/>
          <w:sz w:val="28"/>
        </w:rPr>
        <w:t>Schlüssel und Vereinbarungen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b/>
                <w:sz w:val="17"/>
              </w:rPr>
              <w:t>Schlüssel für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Schlüssel-Nr. / Prägung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Anzahl</w:t>
            </w:r>
          </w:p>
        </w:tc>
        <w:tc>
          <w:tcPr>
            <w:tcW w:type="dxa" w:w="2466"/>
          </w:tcPr>
          <w:p>
            <w:r>
              <w:rPr>
                <w:b/>
                <w:sz w:val="17"/>
              </w:rPr>
              <w:t>Bemerkung</w:t>
            </w:r>
          </w:p>
        </w:tc>
      </w:tr>
      <w:tr>
        <w:tc>
          <w:tcPr>
            <w:tcW w:type="dxa" w:w="2466"/>
          </w:tcPr>
          <w:p>
            <w:r>
              <w:t>Wohnungstür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Haustür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Keller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Briefkasten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t>Garage / Tor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/>
    <w:p>
      <w:r>
        <w:t>☐ Alle Schlüssel vollständig   ☐ Schlüssel fehlen   ☐ Mieter hat Schlüssel nachmachen lassen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Weitere Medien (Transponder, Chipkarten, Fernbedienungen)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Rauchwarnmelder: Anzahl, Funktion geprüft</w:t>
            </w:r>
          </w:p>
          <w:p/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Vereinbarungen: Was wird bis wann von wem erledigt? Strittige Punkte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Anlagen (Anzahl Fotos, weitere Blätter)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</w:r>
          </w:p>
          <w:p/>
        </w:tc>
      </w:tr>
    </w:tbl>
    <w:p/>
    <w:p>
      <w:r>
        <w:rPr>
          <w:color w:val="646973"/>
          <w:sz w:val="17"/>
        </w:rPr>
        <w:t>Der Zustand der Wohnung wurde gemeinsam besichtigt. Weitere Mängel waren nicht erkennbar.</w:t>
      </w:r>
    </w:p>
    <w:p>
      <w:r>
        <w:rPr>
          <w:color w:val="646973"/>
          <w:sz w:val="17"/>
        </w:rPr>
        <w:t>Abweichende Ansichten werden unter „Vereinbarungen“ als strittig vermerkt. Jede Seite erhält ein Exemplar.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DB7A9"/>
          <w:left w:val="single" w:sz="4" w:color="BDB7A9"/>
          <w:bottom w:val="single" w:sz="4" w:color="BDB7A9"/>
          <w:right w:val="single" w:sz="4" w:color="BDB7A9"/>
          <w:insideH w:val="single" w:sz="4" w:color="BDB7A9"/>
          <w:insideV w:val="single" w:sz="4" w:color="BDB7A9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Ort, Datum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Ort, Datum</w:t>
            </w:r>
          </w:p>
          <w:p/>
        </w:tc>
      </w:tr>
      <w:tr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Unterschrift Vermieter / Verwaltung</w:t>
            </w:r>
          </w:p>
          <w:p/>
        </w:tc>
        <w:tc>
          <w:tcPr>
            <w:tcW w:type="dxa" w:w="4933"/>
          </w:tcPr>
          <w:p>
            <w:r/>
            <w:r>
              <w:rPr>
                <w:color w:val="646973"/>
                <w:sz w:val="16"/>
              </w:rPr>
              <w:t>Unterschrift Mieter</w:t>
            </w:r>
          </w:p>
          <w:p/>
        </w:tc>
      </w:tr>
    </w:tbl>
    <w:p/>
    <w:p>
      <w:r>
        <w:rPr>
          <w:color w:val="646973"/>
          <w:sz w:val="17"/>
        </w:rPr>
        <w:t>Kostenlose Vorlage von Key-Task · key-task.de · Schlüsselübergabe digital mit Unterschrift auf dem Handy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Wohnungsübergabeprotokoll</dc:title>
  <dc:subject/>
  <dc:creator>Key-Task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